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D7DBA" w14:textId="77777777" w:rsidR="008D2175" w:rsidRDefault="002570D1">
      <w:pPr>
        <w:jc w:val="center"/>
      </w:pPr>
      <w:r>
        <w:rPr>
          <w:b/>
          <w:sz w:val="22"/>
        </w:rPr>
        <w:t>UNIWERSYTET RADOMSKI IM. KAZIMIERZA PUŁASKIEGO</w:t>
      </w:r>
    </w:p>
    <w:p w14:paraId="6F1CFB98" w14:textId="77777777" w:rsidR="008D2175" w:rsidRDefault="002570D1">
      <w:pPr>
        <w:spacing w:after="80"/>
        <w:jc w:val="center"/>
      </w:pPr>
      <w:r>
        <w:rPr>
          <w:b/>
        </w:rPr>
        <w:t>Wydział Filologiczno-Pedagogiczny</w:t>
      </w:r>
    </w:p>
    <w:p w14:paraId="45ECEACF" w14:textId="77777777" w:rsidR="008D2175" w:rsidRDefault="002570D1">
      <w:pPr>
        <w:spacing w:after="40"/>
        <w:jc w:val="center"/>
      </w:pPr>
      <w:r>
        <w:rPr>
          <w:b/>
          <w:sz w:val="27"/>
        </w:rPr>
        <w:t>PODANIE O PRZYJĘCIE NA STUDIA PODYPLOMOWE</w:t>
      </w:r>
    </w:p>
    <w:p w14:paraId="2CF8D2F4" w14:textId="77777777" w:rsidR="008D2175" w:rsidRDefault="002570D1">
      <w:pPr>
        <w:spacing w:after="100"/>
        <w:jc w:val="center"/>
      </w:pPr>
      <w:r>
        <w:rPr>
          <w:i/>
          <w:sz w:val="20"/>
        </w:rPr>
        <w:t>„Przygotowanie pedagogiczne dla psychologów”</w:t>
      </w:r>
    </w:p>
    <w:p w14:paraId="60C1A69E" w14:textId="77777777" w:rsidR="008D2175" w:rsidRDefault="002570D1">
      <w:pPr>
        <w:jc w:val="right"/>
      </w:pPr>
      <w:r>
        <w:t>Radom, dnia ........................................</w:t>
      </w:r>
    </w:p>
    <w:p w14:paraId="0021DC49" w14:textId="77777777" w:rsidR="008D2175" w:rsidRDefault="002570D1">
      <w:pPr>
        <w:jc w:val="right"/>
      </w:pPr>
      <w:r>
        <w:t>Kierownik studiów podyplomowych</w:t>
      </w:r>
      <w:r>
        <w:br/>
        <w:t>„Przygotowanie pedagogiczne dla psychologów”</w:t>
      </w:r>
      <w:r>
        <w:br/>
        <w:t>Wydział Filologiczno-Pedagogiczny</w:t>
      </w:r>
      <w:r>
        <w:br/>
        <w:t>Uniwersytet Radomski im. Kazimierza Pułaskiego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5669"/>
      </w:tblGrid>
      <w:tr w:rsidR="008D2175" w14:paraId="18BA8F3E" w14:textId="77777777">
        <w:trPr>
          <w:trHeight w:val="482"/>
          <w:jc w:val="center"/>
        </w:trPr>
        <w:tc>
          <w:tcPr>
            <w:tcW w:w="3685" w:type="dxa"/>
            <w:shd w:val="clear" w:color="auto" w:fill="F2F2F2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E0C8AAD" w14:textId="77777777" w:rsidR="008D2175" w:rsidRDefault="002570D1">
            <w:r>
              <w:rPr>
                <w:b/>
              </w:rPr>
              <w:t>Imię (imiona) i nazwisko</w:t>
            </w:r>
          </w:p>
        </w:tc>
        <w:tc>
          <w:tcPr>
            <w:tcW w:w="566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230E47E" w14:textId="77777777" w:rsidR="008D2175" w:rsidRDefault="008D2175"/>
        </w:tc>
      </w:tr>
      <w:tr w:rsidR="008D2175" w14:paraId="3BEE20A7" w14:textId="77777777">
        <w:trPr>
          <w:trHeight w:val="482"/>
          <w:jc w:val="center"/>
        </w:trPr>
        <w:tc>
          <w:tcPr>
            <w:tcW w:w="3685" w:type="dxa"/>
            <w:shd w:val="clear" w:color="auto" w:fill="F2F2F2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815EC5A" w14:textId="77777777" w:rsidR="008D2175" w:rsidRDefault="002570D1">
            <w:r>
              <w:rPr>
                <w:b/>
              </w:rPr>
              <w:t>Data i miejsce urodzenia</w:t>
            </w:r>
          </w:p>
        </w:tc>
        <w:tc>
          <w:tcPr>
            <w:tcW w:w="566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C1926B2" w14:textId="77777777" w:rsidR="008D2175" w:rsidRDefault="008D2175"/>
        </w:tc>
      </w:tr>
      <w:tr w:rsidR="008D2175" w14:paraId="7BE3DDCD" w14:textId="77777777">
        <w:trPr>
          <w:trHeight w:val="482"/>
          <w:jc w:val="center"/>
        </w:trPr>
        <w:tc>
          <w:tcPr>
            <w:tcW w:w="3685" w:type="dxa"/>
            <w:shd w:val="clear" w:color="auto" w:fill="F2F2F2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9678408" w14:textId="77777777" w:rsidR="008D2175" w:rsidRDefault="002570D1">
            <w:r>
              <w:rPr>
                <w:b/>
              </w:rPr>
              <w:t>Adres do korespondencji</w:t>
            </w:r>
          </w:p>
        </w:tc>
        <w:tc>
          <w:tcPr>
            <w:tcW w:w="566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340E6D2" w14:textId="77777777" w:rsidR="008D2175" w:rsidRDefault="008D2175"/>
        </w:tc>
      </w:tr>
      <w:tr w:rsidR="008D2175" w14:paraId="29B28DE8" w14:textId="77777777">
        <w:trPr>
          <w:trHeight w:val="482"/>
          <w:jc w:val="center"/>
        </w:trPr>
        <w:tc>
          <w:tcPr>
            <w:tcW w:w="3685" w:type="dxa"/>
            <w:shd w:val="clear" w:color="auto" w:fill="F2F2F2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FC107AB" w14:textId="77777777" w:rsidR="008D2175" w:rsidRDefault="002570D1">
            <w:r>
              <w:rPr>
                <w:b/>
              </w:rPr>
              <w:t>Telefon</w:t>
            </w:r>
          </w:p>
        </w:tc>
        <w:tc>
          <w:tcPr>
            <w:tcW w:w="566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B50113F" w14:textId="77777777" w:rsidR="008D2175" w:rsidRDefault="008D2175"/>
        </w:tc>
      </w:tr>
      <w:tr w:rsidR="008D2175" w14:paraId="4ABD9E40" w14:textId="77777777">
        <w:trPr>
          <w:trHeight w:val="482"/>
          <w:jc w:val="center"/>
        </w:trPr>
        <w:tc>
          <w:tcPr>
            <w:tcW w:w="3685" w:type="dxa"/>
            <w:shd w:val="clear" w:color="auto" w:fill="F2F2F2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1FAC5F6" w14:textId="77777777" w:rsidR="008D2175" w:rsidRDefault="002570D1">
            <w:r>
              <w:rPr>
                <w:b/>
              </w:rPr>
              <w:t>Adres e-mail</w:t>
            </w:r>
          </w:p>
        </w:tc>
        <w:tc>
          <w:tcPr>
            <w:tcW w:w="566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C894F8C" w14:textId="77777777" w:rsidR="008D2175" w:rsidRDefault="008D2175"/>
        </w:tc>
      </w:tr>
    </w:tbl>
    <w:p w14:paraId="676CE8C5" w14:textId="77777777" w:rsidR="008D2175" w:rsidRDefault="002570D1" w:rsidP="00845511">
      <w:pPr>
        <w:spacing w:before="160"/>
        <w:jc w:val="both"/>
      </w:pPr>
      <w:r>
        <w:t xml:space="preserve">Zwracam się z prośbą o przyjęcie mnie na studia podyplomowe </w:t>
      </w:r>
      <w:r>
        <w:rPr>
          <w:b/>
        </w:rPr>
        <w:t>„Przygotowanie pedagogiczne dla psychologów”</w:t>
      </w:r>
      <w:r>
        <w:t>, prowadzone na Wydziale Filologiczno-Pedagogicznym Uniwersytetu Radomskiego im. Kazimierza Pułaskiego.</w:t>
      </w:r>
    </w:p>
    <w:p w14:paraId="582AC081" w14:textId="77777777" w:rsidR="008D2175" w:rsidRDefault="002570D1" w:rsidP="00845511">
      <w:pPr>
        <w:jc w:val="both"/>
      </w:pPr>
      <w:r>
        <w:t>Oświadczam, że posiadam kwalifikację pełną co najmniej na poziomie 6 Polskiej Ramy Kwalifikacji, uzyskaną w systemie szkolnictwa wyższego i nauki, oraz że dane i dokumenty złożone w postępowaniu rekrutacyjnym są zgodne ze stanem faktycznym.</w:t>
      </w:r>
    </w:p>
    <w:p w14:paraId="7B280720" w14:textId="77777777" w:rsidR="008D2175" w:rsidRDefault="002570D1">
      <w:r>
        <w:t>Do podania załączam:</w:t>
      </w:r>
    </w:p>
    <w:p w14:paraId="49A656E7" w14:textId="254A3E2E" w:rsidR="008D2175" w:rsidRDefault="002570D1" w:rsidP="006374AA">
      <w:pPr>
        <w:pStyle w:val="Akapitzlist"/>
        <w:numPr>
          <w:ilvl w:val="0"/>
          <w:numId w:val="11"/>
        </w:numPr>
        <w:spacing w:after="20"/>
        <w:ind w:left="567" w:hanging="425"/>
      </w:pPr>
      <w:proofErr w:type="spellStart"/>
      <w:r>
        <w:t>kwestionariusz</w:t>
      </w:r>
      <w:proofErr w:type="spellEnd"/>
      <w:r>
        <w:t xml:space="preserve"> </w:t>
      </w:r>
      <w:proofErr w:type="spellStart"/>
      <w:r>
        <w:t>osobowy</w:t>
      </w:r>
      <w:proofErr w:type="spellEnd"/>
      <w:r>
        <w:t>,</w:t>
      </w:r>
    </w:p>
    <w:p w14:paraId="0D60B490" w14:textId="0155844B" w:rsidR="008D2175" w:rsidRDefault="002570D1" w:rsidP="006374AA">
      <w:pPr>
        <w:pStyle w:val="Akapitzlist"/>
        <w:numPr>
          <w:ilvl w:val="0"/>
          <w:numId w:val="11"/>
        </w:numPr>
        <w:spacing w:after="20"/>
        <w:ind w:left="567" w:hanging="425"/>
      </w:pPr>
      <w:proofErr w:type="spellStart"/>
      <w:r>
        <w:t>odpis</w:t>
      </w:r>
      <w:proofErr w:type="spellEnd"/>
      <w:r>
        <w:t xml:space="preserve"> </w:t>
      </w:r>
      <w:proofErr w:type="spellStart"/>
      <w:r>
        <w:t>dyplomu</w:t>
      </w:r>
      <w:proofErr w:type="spellEnd"/>
      <w:r>
        <w:t xml:space="preserve"> </w:t>
      </w:r>
      <w:proofErr w:type="spellStart"/>
      <w:r>
        <w:t>ukończenia</w:t>
      </w:r>
      <w:proofErr w:type="spellEnd"/>
      <w:r>
        <w:t xml:space="preserve"> </w:t>
      </w:r>
      <w:proofErr w:type="spellStart"/>
      <w:r>
        <w:t>studiów</w:t>
      </w:r>
      <w:proofErr w:type="spellEnd"/>
      <w:r>
        <w:t xml:space="preserve"> wyższych albo poświadczoną kopię dyplomu,</w:t>
      </w:r>
    </w:p>
    <w:p w14:paraId="51FBA738" w14:textId="68313822" w:rsidR="008D2175" w:rsidRDefault="002570D1" w:rsidP="006374AA">
      <w:pPr>
        <w:pStyle w:val="Akapitzlist"/>
        <w:numPr>
          <w:ilvl w:val="0"/>
          <w:numId w:val="11"/>
        </w:numPr>
        <w:spacing w:after="20"/>
        <w:ind w:left="567" w:hanging="425"/>
      </w:pPr>
      <w:proofErr w:type="spellStart"/>
      <w:r>
        <w:t>zdjęcie</w:t>
      </w:r>
      <w:proofErr w:type="spellEnd"/>
      <w:r>
        <w:t>,</w:t>
      </w:r>
    </w:p>
    <w:p w14:paraId="3E4ADDF2" w14:textId="43B176C1" w:rsidR="008D2175" w:rsidRDefault="002570D1" w:rsidP="006374AA">
      <w:pPr>
        <w:pStyle w:val="Akapitzlist"/>
        <w:numPr>
          <w:ilvl w:val="0"/>
          <w:numId w:val="11"/>
        </w:numPr>
        <w:spacing w:after="20"/>
        <w:ind w:left="567" w:hanging="425"/>
      </w:pPr>
      <w:proofErr w:type="spellStart"/>
      <w:r>
        <w:t>inne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wymagane</w:t>
      </w:r>
      <w:proofErr w:type="spellEnd"/>
      <w:r>
        <w:t xml:space="preserve"> w zasadach rekrutacji: ............................................................................................</w:t>
      </w:r>
    </w:p>
    <w:p w14:paraId="3C43915F" w14:textId="77777777" w:rsidR="00281CF1" w:rsidRDefault="00281CF1">
      <w:pPr>
        <w:spacing w:after="20"/>
        <w:ind w:left="312"/>
      </w:pPr>
    </w:p>
    <w:p w14:paraId="2727D5A1" w14:textId="77777777" w:rsidR="00281CF1" w:rsidRDefault="00281CF1">
      <w:pPr>
        <w:spacing w:after="20"/>
        <w:ind w:left="312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8D2175" w14:paraId="0AD6831B" w14:textId="77777777">
        <w:trPr>
          <w:jc w:val="center"/>
        </w:trPr>
        <w:tc>
          <w:tcPr>
            <w:tcW w:w="4535" w:type="dxa"/>
          </w:tcPr>
          <w:p w14:paraId="5FBC6892" w14:textId="77777777" w:rsidR="00281CF1" w:rsidRDefault="00281CF1">
            <w:pPr>
              <w:jc w:val="center"/>
            </w:pPr>
          </w:p>
          <w:p w14:paraId="6B511702" w14:textId="77777777" w:rsidR="00281CF1" w:rsidRDefault="00281CF1">
            <w:pPr>
              <w:jc w:val="center"/>
            </w:pPr>
          </w:p>
          <w:p w14:paraId="59315525" w14:textId="0A259B1D" w:rsidR="008D2175" w:rsidRDefault="002570D1">
            <w:pPr>
              <w:jc w:val="center"/>
            </w:pPr>
            <w:r>
              <w:t>....................................................</w:t>
            </w:r>
            <w:r>
              <w:br/>
              <w:t>(data)</w:t>
            </w:r>
          </w:p>
        </w:tc>
        <w:tc>
          <w:tcPr>
            <w:tcW w:w="4535" w:type="dxa"/>
          </w:tcPr>
          <w:p w14:paraId="7DEF1770" w14:textId="77777777" w:rsidR="00281CF1" w:rsidRDefault="00281CF1">
            <w:pPr>
              <w:jc w:val="center"/>
            </w:pPr>
          </w:p>
          <w:p w14:paraId="2FABA163" w14:textId="77777777" w:rsidR="00281CF1" w:rsidRDefault="00281CF1">
            <w:pPr>
              <w:jc w:val="center"/>
            </w:pPr>
          </w:p>
          <w:p w14:paraId="549C4A2D" w14:textId="5A049C5A" w:rsidR="008D2175" w:rsidRDefault="002570D1">
            <w:pPr>
              <w:jc w:val="center"/>
            </w:pPr>
            <w:r>
              <w:t>....................................................</w:t>
            </w:r>
            <w:r>
              <w:br/>
              <w:t>(czytelny podpis kandydata)</w:t>
            </w:r>
          </w:p>
        </w:tc>
      </w:tr>
    </w:tbl>
    <w:p w14:paraId="627065B8" w14:textId="77777777" w:rsidR="008D2175" w:rsidRDefault="002570D1" w:rsidP="00845511">
      <w:pPr>
        <w:spacing w:before="100"/>
        <w:jc w:val="both"/>
      </w:pPr>
      <w:r>
        <w:rPr>
          <w:b/>
        </w:rPr>
        <w:t xml:space="preserve">Informacja: </w:t>
      </w:r>
      <w:r>
        <w:t>Szczegółowy wykaz dokumentów oraz zasady rekrutacji ogłasza kierownik studiów podyplomowych. Klauzula informacyjna dotycząca przetwarzania danych osobowych jest udostępniana kandydatowi odrębnie przez Uczelnię.</w:t>
      </w:r>
    </w:p>
    <w:sectPr w:rsidR="008D2175" w:rsidSect="00034616">
      <w:footerReference w:type="default" r:id="rId8"/>
      <w:pgSz w:w="12240" w:h="15840"/>
      <w:pgMar w:top="879" w:right="1049" w:bottom="879" w:left="104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353C8" w14:textId="77777777" w:rsidR="008F1FBA" w:rsidRDefault="008F1FBA">
      <w:pPr>
        <w:spacing w:after="0"/>
      </w:pPr>
      <w:r>
        <w:separator/>
      </w:r>
    </w:p>
  </w:endnote>
  <w:endnote w:type="continuationSeparator" w:id="0">
    <w:p w14:paraId="28F1EE89" w14:textId="77777777" w:rsidR="008F1FBA" w:rsidRDefault="008F1F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3E93F" w14:textId="77777777" w:rsidR="008D2175" w:rsidRDefault="002570D1">
    <w:pPr>
      <w:pStyle w:val="Stopka"/>
      <w:jc w:val="center"/>
    </w:pPr>
    <w:proofErr w:type="spellStart"/>
    <w:r>
      <w:rPr>
        <w:sz w:val="15"/>
      </w:rPr>
      <w:t>Uniwersytet</w:t>
    </w:r>
    <w:proofErr w:type="spellEnd"/>
    <w:r>
      <w:rPr>
        <w:sz w:val="15"/>
      </w:rPr>
      <w:t xml:space="preserve"> Radomski </w:t>
    </w:r>
    <w:proofErr w:type="spellStart"/>
    <w:r>
      <w:rPr>
        <w:sz w:val="15"/>
      </w:rPr>
      <w:t>im</w:t>
    </w:r>
    <w:proofErr w:type="spellEnd"/>
    <w:r>
      <w:rPr>
        <w:sz w:val="15"/>
      </w:rPr>
      <w:t xml:space="preserve">. </w:t>
    </w:r>
    <w:proofErr w:type="spellStart"/>
    <w:r>
      <w:rPr>
        <w:sz w:val="15"/>
      </w:rPr>
      <w:t>Kazimierza</w:t>
    </w:r>
    <w:proofErr w:type="spellEnd"/>
    <w:r>
      <w:rPr>
        <w:sz w:val="15"/>
      </w:rPr>
      <w:t xml:space="preserve"> </w:t>
    </w:r>
    <w:proofErr w:type="spellStart"/>
    <w:r>
      <w:rPr>
        <w:sz w:val="15"/>
      </w:rPr>
      <w:t>Pułaskiego</w:t>
    </w:r>
    <w:proofErr w:type="spellEnd"/>
    <w:r>
      <w:rPr>
        <w:sz w:val="15"/>
      </w:rPr>
      <w:t xml:space="preserve"> • </w:t>
    </w:r>
    <w:proofErr w:type="spellStart"/>
    <w:r>
      <w:rPr>
        <w:sz w:val="15"/>
      </w:rPr>
      <w:t>Wydział</w:t>
    </w:r>
    <w:proofErr w:type="spellEnd"/>
    <w:r>
      <w:rPr>
        <w:sz w:val="15"/>
      </w:rPr>
      <w:t xml:space="preserve"> </w:t>
    </w:r>
    <w:proofErr w:type="spellStart"/>
    <w:r>
      <w:rPr>
        <w:sz w:val="15"/>
      </w:rPr>
      <w:t>Filologiczno-Pedagogiczny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88BFC" w14:textId="77777777" w:rsidR="008F1FBA" w:rsidRDefault="008F1FBA">
      <w:pPr>
        <w:spacing w:after="0"/>
      </w:pPr>
      <w:r>
        <w:separator/>
      </w:r>
    </w:p>
  </w:footnote>
  <w:footnote w:type="continuationSeparator" w:id="0">
    <w:p w14:paraId="01D38800" w14:textId="77777777" w:rsidR="008F1FBA" w:rsidRDefault="008F1FB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0668DC"/>
    <w:multiLevelType w:val="hybridMultilevel"/>
    <w:tmpl w:val="16A62040"/>
    <w:lvl w:ilvl="0" w:tplc="03B6CA16">
      <w:start w:val="1"/>
      <w:numFmt w:val="bullet"/>
      <w:lvlText w:val="-"/>
      <w:lvlJc w:val="left"/>
      <w:pPr>
        <w:ind w:left="1032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10" w15:restartNumberingAfterBreak="0">
    <w:nsid w:val="64AC746C"/>
    <w:multiLevelType w:val="hybridMultilevel"/>
    <w:tmpl w:val="785A90E0"/>
    <w:lvl w:ilvl="0" w:tplc="576676D6">
      <w:start w:val="1"/>
      <w:numFmt w:val="bullet"/>
      <w:lvlText w:val="□"/>
      <w:lvlJc w:val="left"/>
      <w:pPr>
        <w:ind w:left="103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num w:numId="1" w16cid:durableId="753207612">
    <w:abstractNumId w:val="8"/>
  </w:num>
  <w:num w:numId="2" w16cid:durableId="433939768">
    <w:abstractNumId w:val="6"/>
  </w:num>
  <w:num w:numId="3" w16cid:durableId="475297579">
    <w:abstractNumId w:val="5"/>
  </w:num>
  <w:num w:numId="4" w16cid:durableId="1621495035">
    <w:abstractNumId w:val="4"/>
  </w:num>
  <w:num w:numId="5" w16cid:durableId="421882082">
    <w:abstractNumId w:val="7"/>
  </w:num>
  <w:num w:numId="6" w16cid:durableId="398678862">
    <w:abstractNumId w:val="3"/>
  </w:num>
  <w:num w:numId="7" w16cid:durableId="1685672321">
    <w:abstractNumId w:val="2"/>
  </w:num>
  <w:num w:numId="8" w16cid:durableId="962997309">
    <w:abstractNumId w:val="1"/>
  </w:num>
  <w:num w:numId="9" w16cid:durableId="1436629642">
    <w:abstractNumId w:val="0"/>
  </w:num>
  <w:num w:numId="10" w16cid:durableId="1573151217">
    <w:abstractNumId w:val="9"/>
  </w:num>
  <w:num w:numId="11" w16cid:durableId="3497678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70D1"/>
    <w:rsid w:val="00281CF1"/>
    <w:rsid w:val="0029639D"/>
    <w:rsid w:val="00326F90"/>
    <w:rsid w:val="004B1566"/>
    <w:rsid w:val="006374AA"/>
    <w:rsid w:val="00845511"/>
    <w:rsid w:val="00874A70"/>
    <w:rsid w:val="00882CC2"/>
    <w:rsid w:val="008D2175"/>
    <w:rsid w:val="008F1FB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DE2AD2"/>
  <w14:defaultImageDpi w14:val="300"/>
  <w15:docId w15:val="{ABF4614C-32C9-4E91-8330-BC8A63CC9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50" w:line="240" w:lineRule="auto"/>
    </w:pPr>
    <w:rPr>
      <w:rFonts w:ascii="Times New Roman" w:hAnsi="Times New Roman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1349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Justyna Bojanowicz</cp:lastModifiedBy>
  <cp:revision>4</cp:revision>
  <dcterms:created xsi:type="dcterms:W3CDTF">2026-10-27T20:02:00Z</dcterms:created>
  <dcterms:modified xsi:type="dcterms:W3CDTF">2026-10-27T20:19:00Z</dcterms:modified>
  <cp:category/>
</cp:coreProperties>
</file>