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7FBC1" w14:textId="77777777" w:rsidR="001566B2" w:rsidRDefault="00E60160">
      <w:pPr>
        <w:jc w:val="center"/>
      </w:pPr>
      <w:r>
        <w:rPr>
          <w:b/>
          <w:sz w:val="22"/>
        </w:rPr>
        <w:t>UNIWERSYTET RADOMSKI IM. KAZIMIERZA PUŁASKIEGO</w:t>
      </w:r>
    </w:p>
    <w:p w14:paraId="7101DF25" w14:textId="77777777" w:rsidR="001566B2" w:rsidRDefault="00E60160">
      <w:pPr>
        <w:spacing w:after="80"/>
        <w:jc w:val="center"/>
      </w:pPr>
      <w:r>
        <w:rPr>
          <w:b/>
          <w:sz w:val="21"/>
        </w:rPr>
        <w:t>Wydział Filologiczno-Pedagogiczny</w:t>
      </w:r>
    </w:p>
    <w:p w14:paraId="6FDA8BF2" w14:textId="77777777" w:rsidR="001566B2" w:rsidRDefault="00E60160">
      <w:pPr>
        <w:spacing w:after="40"/>
        <w:jc w:val="center"/>
      </w:pPr>
      <w:r>
        <w:rPr>
          <w:b/>
          <w:sz w:val="25"/>
        </w:rPr>
        <w:t>KWESTIONARIUSZ OSOBOWY KANDYDATA / SŁUCHACZA STUDIÓW PODYPLOMOWYCH</w:t>
      </w:r>
    </w:p>
    <w:p w14:paraId="2E37A658" w14:textId="77777777" w:rsidR="001566B2" w:rsidRDefault="00E60160">
      <w:pPr>
        <w:spacing w:after="100"/>
        <w:jc w:val="center"/>
      </w:pPr>
      <w:r>
        <w:rPr>
          <w:i/>
          <w:sz w:val="20"/>
        </w:rPr>
        <w:t>„Przygotowanie pedagogiczne dla psychologów”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5272"/>
      </w:tblGrid>
      <w:tr w:rsidR="001566B2" w14:paraId="033B9738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7F5594F" w14:textId="77777777" w:rsidR="001566B2" w:rsidRDefault="00E60160">
            <w:r>
              <w:rPr>
                <w:b/>
              </w:rPr>
              <w:t>1. Imię (imiona)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A6FEF4A" w14:textId="77777777" w:rsidR="001566B2" w:rsidRDefault="001566B2"/>
        </w:tc>
      </w:tr>
      <w:tr w:rsidR="001566B2" w14:paraId="6DA994C5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024EEB3" w14:textId="77777777" w:rsidR="001566B2" w:rsidRDefault="00E60160">
            <w:r>
              <w:rPr>
                <w:b/>
              </w:rPr>
              <w:t>2. Nazwisko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3E61B14" w14:textId="77777777" w:rsidR="001566B2" w:rsidRDefault="001566B2"/>
        </w:tc>
      </w:tr>
      <w:tr w:rsidR="001566B2" w14:paraId="052AC7D1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DBD46D9" w14:textId="77777777" w:rsidR="001566B2" w:rsidRDefault="00E60160">
            <w:r>
              <w:rPr>
                <w:b/>
              </w:rPr>
              <w:t>3. Nazwisko rodowe / poprzednie (jeżeli dotyczy)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153C149" w14:textId="77777777" w:rsidR="001566B2" w:rsidRDefault="001566B2"/>
        </w:tc>
      </w:tr>
      <w:tr w:rsidR="001566B2" w14:paraId="0AD0C937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5405C8A" w14:textId="77777777" w:rsidR="001566B2" w:rsidRDefault="00E60160">
            <w:r>
              <w:rPr>
                <w:b/>
              </w:rPr>
              <w:t>4. Data urodzenia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12B07A3" w14:textId="77777777" w:rsidR="001566B2" w:rsidRDefault="001566B2"/>
        </w:tc>
      </w:tr>
      <w:tr w:rsidR="001566B2" w14:paraId="74B94DF2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6C40406" w14:textId="77777777" w:rsidR="001566B2" w:rsidRDefault="00E60160">
            <w:r>
              <w:rPr>
                <w:b/>
              </w:rPr>
              <w:t>5. Miejsce urodzenia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8DB00C5" w14:textId="77777777" w:rsidR="001566B2" w:rsidRDefault="001566B2"/>
        </w:tc>
      </w:tr>
      <w:tr w:rsidR="001566B2" w14:paraId="729B3941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3F02897" w14:textId="77777777" w:rsidR="001566B2" w:rsidRDefault="00E60160">
            <w:r>
              <w:rPr>
                <w:b/>
              </w:rPr>
              <w:t>6. Obywatelstwo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F51DD15" w14:textId="77777777" w:rsidR="001566B2" w:rsidRDefault="001566B2"/>
        </w:tc>
      </w:tr>
      <w:tr w:rsidR="001566B2" w14:paraId="213AACA8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7F06F85" w14:textId="77777777" w:rsidR="001566B2" w:rsidRDefault="00E60160">
            <w:r>
              <w:rPr>
                <w:b/>
              </w:rPr>
              <w:t>7. Adres do korespondencji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DF3135C" w14:textId="77777777" w:rsidR="001566B2" w:rsidRDefault="001566B2"/>
        </w:tc>
      </w:tr>
      <w:tr w:rsidR="001566B2" w14:paraId="17EFE7C3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2FE62CD" w14:textId="77777777" w:rsidR="001566B2" w:rsidRDefault="00E60160">
            <w:r>
              <w:rPr>
                <w:b/>
              </w:rPr>
              <w:t>8. Numer telefonu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4212E09" w14:textId="77777777" w:rsidR="001566B2" w:rsidRDefault="001566B2"/>
        </w:tc>
      </w:tr>
      <w:tr w:rsidR="001566B2" w14:paraId="72B1057F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99AEB2B" w14:textId="77777777" w:rsidR="001566B2" w:rsidRDefault="00E60160">
            <w:r>
              <w:rPr>
                <w:b/>
              </w:rPr>
              <w:t>9. Adres e-mail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73CCDD3" w14:textId="77777777" w:rsidR="001566B2" w:rsidRDefault="001566B2"/>
        </w:tc>
      </w:tr>
    </w:tbl>
    <w:p w14:paraId="0C2CBE12" w14:textId="77777777" w:rsidR="001566B2" w:rsidRDefault="00E60160">
      <w:pPr>
        <w:spacing w:before="100" w:after="40"/>
      </w:pPr>
      <w:r>
        <w:rPr>
          <w:b/>
          <w:sz w:val="21"/>
        </w:rPr>
        <w:t>Dane dotyczące ukończonych studiów wyższych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5272"/>
      </w:tblGrid>
      <w:tr w:rsidR="001566B2" w14:paraId="1152D263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B845F6E" w14:textId="77777777" w:rsidR="001566B2" w:rsidRDefault="00E60160">
            <w:r>
              <w:rPr>
                <w:b/>
              </w:rPr>
              <w:t>Nazwa uczelni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04DBCDB" w14:textId="77777777" w:rsidR="001566B2" w:rsidRDefault="001566B2"/>
        </w:tc>
      </w:tr>
      <w:tr w:rsidR="001566B2" w14:paraId="51E2FC6D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15DD59D" w14:textId="77777777" w:rsidR="001566B2" w:rsidRDefault="00E60160">
            <w:r>
              <w:rPr>
                <w:b/>
              </w:rPr>
              <w:t>Kierunek studiów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7D8C3F8" w14:textId="77777777" w:rsidR="001566B2" w:rsidRDefault="001566B2"/>
        </w:tc>
      </w:tr>
      <w:tr w:rsidR="001566B2" w14:paraId="707018AF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BFABAD7" w14:textId="77777777" w:rsidR="001566B2" w:rsidRDefault="00E60160">
            <w:r>
              <w:rPr>
                <w:b/>
              </w:rPr>
              <w:t>Poziom ukończonych studiów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CDE8A65" w14:textId="77777777" w:rsidR="001566B2" w:rsidRDefault="001566B2"/>
        </w:tc>
      </w:tr>
      <w:tr w:rsidR="001566B2" w14:paraId="290FA471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76FE32B" w14:textId="77777777" w:rsidR="001566B2" w:rsidRDefault="00E60160">
            <w:r>
              <w:rPr>
                <w:b/>
              </w:rPr>
              <w:t>Uzyskany tytuł zawodowy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A6AAA2F" w14:textId="77777777" w:rsidR="001566B2" w:rsidRDefault="001566B2"/>
        </w:tc>
      </w:tr>
      <w:tr w:rsidR="001566B2" w14:paraId="7BE9F77A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82454F2" w14:textId="77777777" w:rsidR="001566B2" w:rsidRDefault="00E60160">
            <w:r>
              <w:rPr>
                <w:b/>
              </w:rPr>
              <w:t>Data ukończenia studiów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4DBB636" w14:textId="77777777" w:rsidR="001566B2" w:rsidRDefault="001566B2"/>
        </w:tc>
      </w:tr>
      <w:tr w:rsidR="001566B2" w14:paraId="37E36FBE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9C7F68F" w14:textId="77777777" w:rsidR="001566B2" w:rsidRDefault="00E60160">
            <w:r>
              <w:rPr>
                <w:b/>
              </w:rPr>
              <w:t>Data wydania dyplomu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74AB3DF" w14:textId="77777777" w:rsidR="001566B2" w:rsidRDefault="001566B2"/>
        </w:tc>
      </w:tr>
      <w:tr w:rsidR="001566B2" w14:paraId="695817FB" w14:textId="77777777">
        <w:trPr>
          <w:trHeight w:val="351"/>
          <w:jc w:val="center"/>
        </w:trPr>
        <w:tc>
          <w:tcPr>
            <w:tcW w:w="4082" w:type="dxa"/>
            <w:shd w:val="clear" w:color="auto" w:fill="F2F2F2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B429DEC" w14:textId="77777777" w:rsidR="001566B2" w:rsidRDefault="00E60160">
            <w:r>
              <w:rPr>
                <w:b/>
              </w:rPr>
              <w:t>Numer dyplomu</w:t>
            </w:r>
          </w:p>
        </w:tc>
        <w:tc>
          <w:tcPr>
            <w:tcW w:w="527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5B12EAB" w14:textId="77777777" w:rsidR="001566B2" w:rsidRDefault="001566B2"/>
        </w:tc>
      </w:tr>
    </w:tbl>
    <w:p w14:paraId="739CEB6C" w14:textId="77777777" w:rsidR="001566B2" w:rsidRDefault="00E60160">
      <w:pPr>
        <w:spacing w:before="100" w:after="20"/>
      </w:pPr>
      <w:r>
        <w:rPr>
          <w:b/>
          <w:sz w:val="21"/>
        </w:rPr>
        <w:t>Oświadczenia</w:t>
      </w:r>
    </w:p>
    <w:p w14:paraId="66007602" w14:textId="10577192" w:rsidR="001566B2" w:rsidRDefault="00E60160" w:rsidP="00A8304C">
      <w:pPr>
        <w:pStyle w:val="Akapitzlist"/>
        <w:numPr>
          <w:ilvl w:val="0"/>
          <w:numId w:val="10"/>
        </w:numPr>
        <w:spacing w:after="20"/>
        <w:ind w:left="426" w:hanging="284"/>
      </w:pP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podane</w:t>
      </w:r>
      <w:proofErr w:type="spellEnd"/>
      <w:r>
        <w:t xml:space="preserve"> </w:t>
      </w:r>
      <w:proofErr w:type="spellStart"/>
      <w:r>
        <w:t>przeze</w:t>
      </w:r>
      <w:proofErr w:type="spellEnd"/>
      <w:r>
        <w:t xml:space="preserve"> mnie dane są </w:t>
      </w:r>
      <w:proofErr w:type="spellStart"/>
      <w:r>
        <w:t>zgodne</w:t>
      </w:r>
      <w:proofErr w:type="spellEnd"/>
      <w:r>
        <w:t xml:space="preserve"> ze </w:t>
      </w:r>
      <w:proofErr w:type="spellStart"/>
      <w:r>
        <w:t>stanem</w:t>
      </w:r>
      <w:proofErr w:type="spellEnd"/>
      <w:r>
        <w:t xml:space="preserve"> </w:t>
      </w:r>
      <w:proofErr w:type="spellStart"/>
      <w:r>
        <w:t>faktycznym</w:t>
      </w:r>
      <w:proofErr w:type="spellEnd"/>
      <w:r>
        <w:t>.</w:t>
      </w:r>
    </w:p>
    <w:p w14:paraId="3ABC1A98" w14:textId="4C5B0400" w:rsidR="001566B2" w:rsidRDefault="00E60160" w:rsidP="00A8304C">
      <w:pPr>
        <w:pStyle w:val="Akapitzlist"/>
        <w:numPr>
          <w:ilvl w:val="0"/>
          <w:numId w:val="10"/>
        </w:numPr>
        <w:spacing w:after="20"/>
        <w:ind w:left="426" w:hanging="284"/>
      </w:pPr>
      <w:proofErr w:type="spellStart"/>
      <w:r>
        <w:t>Zobowiązuję</w:t>
      </w:r>
      <w:proofErr w:type="spellEnd"/>
      <w:r>
        <w:t xml:space="preserve"> się do niezwłocznego informowania Uczelni o zmianie nazwiska, adresu lub innych danych kontaktowych w okresie trwania studiów podyplomowych.</w:t>
      </w:r>
    </w:p>
    <w:p w14:paraId="5D551A53" w14:textId="7B74A060" w:rsidR="001566B2" w:rsidRDefault="00E60160" w:rsidP="00A8304C">
      <w:pPr>
        <w:pStyle w:val="Akapitzlist"/>
        <w:numPr>
          <w:ilvl w:val="0"/>
          <w:numId w:val="10"/>
        </w:numPr>
        <w:spacing w:after="20"/>
        <w:ind w:left="426" w:hanging="284"/>
      </w:pPr>
      <w:proofErr w:type="spellStart"/>
      <w:r>
        <w:t>Przyjmuję</w:t>
      </w:r>
      <w:proofErr w:type="spellEnd"/>
      <w:r>
        <w:t xml:space="preserve"> do wiadomości, że klauzula informacyjna dotycząca przetwarzania danych osobowych przez </w:t>
      </w:r>
      <w:proofErr w:type="spellStart"/>
      <w:r>
        <w:t>Uczelnię</w:t>
      </w:r>
      <w:proofErr w:type="spellEnd"/>
      <w:r>
        <w:t xml:space="preserve"> jest </w:t>
      </w:r>
      <w:proofErr w:type="spellStart"/>
      <w:r>
        <w:t>udostępniana</w:t>
      </w:r>
      <w:proofErr w:type="spellEnd"/>
      <w:r>
        <w:t xml:space="preserve"> </w:t>
      </w:r>
      <w:proofErr w:type="spellStart"/>
      <w:r>
        <w:t>odrębnie</w:t>
      </w:r>
      <w:proofErr w:type="spellEnd"/>
      <w:r>
        <w:t>.</w:t>
      </w:r>
    </w:p>
    <w:p w14:paraId="6A080ECF" w14:textId="77777777" w:rsidR="00A8304C" w:rsidRDefault="00A8304C" w:rsidP="00A8304C">
      <w:pPr>
        <w:spacing w:after="20"/>
      </w:pPr>
    </w:p>
    <w:p w14:paraId="5F99065F" w14:textId="77777777" w:rsidR="00A8304C" w:rsidRDefault="00A8304C" w:rsidP="00A8304C">
      <w:pPr>
        <w:spacing w:after="20"/>
      </w:pPr>
    </w:p>
    <w:p w14:paraId="7ED9BF0F" w14:textId="77777777" w:rsidR="00A8304C" w:rsidRDefault="00A8304C" w:rsidP="00A8304C">
      <w:pPr>
        <w:spacing w:after="20"/>
      </w:pPr>
    </w:p>
    <w:p w14:paraId="0D1268DE" w14:textId="77777777" w:rsidR="00A8304C" w:rsidRDefault="00A8304C" w:rsidP="00A8304C">
      <w:pPr>
        <w:spacing w:after="20"/>
      </w:pPr>
    </w:p>
    <w:p w14:paraId="3F71988F" w14:textId="77777777" w:rsidR="00A8304C" w:rsidRDefault="00A8304C" w:rsidP="00A8304C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1566B2" w14:paraId="4901B690" w14:textId="77777777">
        <w:trPr>
          <w:jc w:val="center"/>
        </w:trPr>
        <w:tc>
          <w:tcPr>
            <w:tcW w:w="4535" w:type="dxa"/>
          </w:tcPr>
          <w:p w14:paraId="24DFCB94" w14:textId="77777777" w:rsidR="001566B2" w:rsidRDefault="00E60160">
            <w:pPr>
              <w:jc w:val="center"/>
            </w:pPr>
            <w:r>
              <w:t>....................................................</w:t>
            </w:r>
            <w:r>
              <w:br/>
              <w:t>(miejscowość i data)</w:t>
            </w:r>
          </w:p>
        </w:tc>
        <w:tc>
          <w:tcPr>
            <w:tcW w:w="4535" w:type="dxa"/>
          </w:tcPr>
          <w:p w14:paraId="3891B60C" w14:textId="77777777" w:rsidR="001566B2" w:rsidRDefault="00E60160">
            <w:pPr>
              <w:jc w:val="center"/>
            </w:pPr>
            <w:r>
              <w:t>....................................................</w:t>
            </w:r>
            <w:r>
              <w:br/>
              <w:t>(czytelny podpis)</w:t>
            </w:r>
          </w:p>
        </w:tc>
      </w:tr>
    </w:tbl>
    <w:p w14:paraId="61C581BC" w14:textId="77777777" w:rsidR="00E60160" w:rsidRDefault="00E60160"/>
    <w:sectPr w:rsidR="00E60160" w:rsidSect="00034616">
      <w:footerReference w:type="default" r:id="rId8"/>
      <w:pgSz w:w="12240" w:h="15840"/>
      <w:pgMar w:top="765" w:right="1049" w:bottom="765" w:left="104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558B4" w14:textId="77777777" w:rsidR="00E17C06" w:rsidRDefault="00E17C06">
      <w:pPr>
        <w:spacing w:after="0"/>
      </w:pPr>
      <w:r>
        <w:separator/>
      </w:r>
    </w:p>
  </w:endnote>
  <w:endnote w:type="continuationSeparator" w:id="0">
    <w:p w14:paraId="0B0424BF" w14:textId="77777777" w:rsidR="00E17C06" w:rsidRDefault="00E17C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E9191" w14:textId="77777777" w:rsidR="001566B2" w:rsidRDefault="00E60160">
    <w:pPr>
      <w:pStyle w:val="Stopka"/>
      <w:jc w:val="center"/>
    </w:pPr>
    <w:proofErr w:type="spellStart"/>
    <w:r>
      <w:rPr>
        <w:sz w:val="15"/>
      </w:rPr>
      <w:t>Uniwersytet</w:t>
    </w:r>
    <w:proofErr w:type="spellEnd"/>
    <w:r>
      <w:rPr>
        <w:sz w:val="15"/>
      </w:rPr>
      <w:t xml:space="preserve"> Radomski </w:t>
    </w:r>
    <w:proofErr w:type="spellStart"/>
    <w:r>
      <w:rPr>
        <w:sz w:val="15"/>
      </w:rPr>
      <w:t>im</w:t>
    </w:r>
    <w:proofErr w:type="spellEnd"/>
    <w:r>
      <w:rPr>
        <w:sz w:val="15"/>
      </w:rPr>
      <w:t xml:space="preserve">. </w:t>
    </w:r>
    <w:proofErr w:type="spellStart"/>
    <w:r>
      <w:rPr>
        <w:sz w:val="15"/>
      </w:rPr>
      <w:t>Kazimierza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Pułaskiego</w:t>
    </w:r>
    <w:proofErr w:type="spellEnd"/>
    <w:r>
      <w:rPr>
        <w:sz w:val="15"/>
      </w:rPr>
      <w:t xml:space="preserve"> • </w:t>
    </w:r>
    <w:proofErr w:type="spellStart"/>
    <w:r>
      <w:rPr>
        <w:sz w:val="15"/>
      </w:rPr>
      <w:t>Wydział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Filologiczno-Pedagogiczny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B1926" w14:textId="77777777" w:rsidR="00E17C06" w:rsidRDefault="00E17C06">
      <w:pPr>
        <w:spacing w:after="0"/>
      </w:pPr>
      <w:r>
        <w:separator/>
      </w:r>
    </w:p>
  </w:footnote>
  <w:footnote w:type="continuationSeparator" w:id="0">
    <w:p w14:paraId="6692CBCC" w14:textId="77777777" w:rsidR="00E17C06" w:rsidRDefault="00E17C0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FE2008"/>
    <w:multiLevelType w:val="hybridMultilevel"/>
    <w:tmpl w:val="1C7C1CBC"/>
    <w:lvl w:ilvl="0" w:tplc="03B6CA16">
      <w:start w:val="1"/>
      <w:numFmt w:val="bullet"/>
      <w:lvlText w:val="-"/>
      <w:lvlJc w:val="left"/>
      <w:pPr>
        <w:ind w:left="833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1934361051">
    <w:abstractNumId w:val="8"/>
  </w:num>
  <w:num w:numId="2" w16cid:durableId="1422142542">
    <w:abstractNumId w:val="6"/>
  </w:num>
  <w:num w:numId="3" w16cid:durableId="804742700">
    <w:abstractNumId w:val="5"/>
  </w:num>
  <w:num w:numId="4" w16cid:durableId="967855746">
    <w:abstractNumId w:val="4"/>
  </w:num>
  <w:num w:numId="5" w16cid:durableId="686904521">
    <w:abstractNumId w:val="7"/>
  </w:num>
  <w:num w:numId="6" w16cid:durableId="219637549">
    <w:abstractNumId w:val="3"/>
  </w:num>
  <w:num w:numId="7" w16cid:durableId="1823080644">
    <w:abstractNumId w:val="2"/>
  </w:num>
  <w:num w:numId="8" w16cid:durableId="301232283">
    <w:abstractNumId w:val="1"/>
  </w:num>
  <w:num w:numId="9" w16cid:durableId="257177734">
    <w:abstractNumId w:val="0"/>
  </w:num>
  <w:num w:numId="10" w16cid:durableId="1274046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66B2"/>
    <w:rsid w:val="00187218"/>
    <w:rsid w:val="0029639D"/>
    <w:rsid w:val="00326F90"/>
    <w:rsid w:val="004B1566"/>
    <w:rsid w:val="00882CC2"/>
    <w:rsid w:val="00A8304C"/>
    <w:rsid w:val="00AA1D8D"/>
    <w:rsid w:val="00B47730"/>
    <w:rsid w:val="00CB0664"/>
    <w:rsid w:val="00E17C06"/>
    <w:rsid w:val="00E601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F32946"/>
  <w14:defaultImageDpi w14:val="300"/>
  <w15:docId w15:val="{ABF4614C-32C9-4E91-8330-BC8A63CC9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50" w:line="240" w:lineRule="auto"/>
    </w:pPr>
    <w:rPr>
      <w:rFonts w:ascii="Times New Roman" w:hAnsi="Times New Roman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Justyna Bojanowicz</cp:lastModifiedBy>
  <cp:revision>3</cp:revision>
  <cp:lastPrinted>2026-10-27T20:08:00Z</cp:lastPrinted>
  <dcterms:created xsi:type="dcterms:W3CDTF">2026-10-27T20:03:00Z</dcterms:created>
  <dcterms:modified xsi:type="dcterms:W3CDTF">2026-10-27T20:11:00Z</dcterms:modified>
  <cp:category/>
</cp:coreProperties>
</file>